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4E02" w14:textId="77777777" w:rsidR="00942434" w:rsidRPr="005E205E" w:rsidRDefault="00942434">
      <w:pPr>
        <w:spacing w:after="0" w:line="240" w:lineRule="auto"/>
        <w:rPr>
          <w:rFonts w:ascii="Avenir Next LT Pro" w:hAnsi="Avenir Next LT Pro"/>
          <w:lang w:val="fr-CH"/>
        </w:rPr>
      </w:pPr>
    </w:p>
    <w:p w14:paraId="4B1F9CA2" w14:textId="77777777" w:rsidR="00942434" w:rsidRPr="005E205E" w:rsidRDefault="00942434">
      <w:pPr>
        <w:spacing w:after="0" w:line="240" w:lineRule="auto"/>
        <w:rPr>
          <w:rFonts w:ascii="Avenir Next LT Pro" w:hAnsi="Avenir Next LT Pro"/>
          <w:lang w:val="fr-CH"/>
        </w:rPr>
      </w:pPr>
    </w:p>
    <w:p w14:paraId="16C8E113" w14:textId="77777777" w:rsidR="00942434" w:rsidRPr="005E205E" w:rsidRDefault="00942434">
      <w:pPr>
        <w:spacing w:after="0" w:line="240" w:lineRule="auto"/>
        <w:rPr>
          <w:rFonts w:ascii="Avenir Next LT Pro" w:hAnsi="Avenir Next LT Pro"/>
          <w:lang w:val="fr-CH"/>
        </w:rPr>
      </w:pPr>
    </w:p>
    <w:p w14:paraId="336F50CC" w14:textId="77777777" w:rsidR="00942434" w:rsidRPr="005E205E" w:rsidRDefault="00942434">
      <w:pPr>
        <w:spacing w:after="0" w:line="240" w:lineRule="auto"/>
        <w:rPr>
          <w:rFonts w:ascii="Avenir Next LT Pro" w:hAnsi="Avenir Next LT Pro"/>
          <w:lang w:val="fr-CH"/>
        </w:rPr>
      </w:pPr>
    </w:p>
    <w:p w14:paraId="507B731B" w14:textId="77777777" w:rsidR="00942434" w:rsidRPr="005E205E" w:rsidRDefault="00942434">
      <w:pPr>
        <w:spacing w:after="0" w:line="240" w:lineRule="auto"/>
        <w:rPr>
          <w:rFonts w:ascii="Avenir Next LT Pro" w:hAnsi="Avenir Next LT Pro"/>
          <w:lang w:val="fr-CH"/>
        </w:rPr>
      </w:pPr>
    </w:p>
    <w:p w14:paraId="2AFBBA36" w14:textId="77777777" w:rsidR="00942434" w:rsidRPr="005E205E" w:rsidRDefault="00000000">
      <w:pPr>
        <w:spacing w:after="160" w:line="240" w:lineRule="auto"/>
        <w:jc w:val="center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56"/>
          <w:lang w:val="fr-CH"/>
        </w:rPr>
        <w:t>DOSSIER DE CONJUGAISON</w:t>
      </w:r>
    </w:p>
    <w:p w14:paraId="16237692" w14:textId="77777777" w:rsidR="00942434" w:rsidRPr="005E205E" w:rsidRDefault="00000000">
      <w:pPr>
        <w:spacing w:after="360" w:line="240" w:lineRule="auto"/>
        <w:jc w:val="center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4B4B4B"/>
          <w:sz w:val="36"/>
          <w:lang w:val="fr-CH"/>
        </w:rPr>
        <w:t>9e année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942434" w:rsidRPr="005E205E" w14:paraId="35BFFF8B" w14:textId="77777777">
        <w:trPr>
          <w:jc w:val="center"/>
        </w:trPr>
        <w:tc>
          <w:tcPr>
            <w:tcW w:w="10488" w:type="dxa"/>
            <w:shd w:val="clear" w:color="auto" w:fill="D9E4E8"/>
            <w:tcMar>
              <w:top w:w="35" w:type="dxa"/>
              <w:left w:w="0" w:type="dxa"/>
              <w:bottom w:w="35" w:type="dxa"/>
              <w:right w:w="0" w:type="dxa"/>
            </w:tcMar>
          </w:tcPr>
          <w:p w14:paraId="6988876B" w14:textId="77777777" w:rsidR="00942434" w:rsidRPr="005E205E" w:rsidRDefault="00000000">
            <w:pPr>
              <w:spacing w:after="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 xml:space="preserve"> </w:t>
            </w:r>
          </w:p>
        </w:tc>
      </w:tr>
    </w:tbl>
    <w:p w14:paraId="21BB5203" w14:textId="77777777" w:rsidR="00942434" w:rsidRPr="005E205E" w:rsidRDefault="00942434">
      <w:pPr>
        <w:spacing w:after="32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5F1D41C" w14:textId="77777777">
        <w:trPr>
          <w:jc w:val="center"/>
        </w:trPr>
        <w:tc>
          <w:tcPr>
            <w:tcW w:w="5244" w:type="dxa"/>
            <w:tcMar>
              <w:top w:w="80" w:type="dxa"/>
              <w:left w:w="0" w:type="dxa"/>
              <w:bottom w:w="80" w:type="dxa"/>
              <w:right w:w="80" w:type="dxa"/>
            </w:tcMar>
          </w:tcPr>
          <w:p w14:paraId="2A4600C0" w14:textId="77777777" w:rsidR="00942434" w:rsidRPr="005E205E" w:rsidRDefault="00000000">
            <w:pPr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373737"/>
                <w:sz w:val="24"/>
                <w:lang w:val="fr-CH"/>
              </w:rPr>
              <w:t>Nom et prénom</w:t>
            </w:r>
          </w:p>
        </w:tc>
        <w:tc>
          <w:tcPr>
            <w:tcW w:w="5244" w:type="dxa"/>
            <w:tcBorders>
              <w:bottom w:val="single" w:sz="10" w:space="0" w:color="666666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A97A069" w14:textId="77777777" w:rsidR="00942434" w:rsidRPr="005E205E" w:rsidRDefault="00000000">
            <w:pPr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 xml:space="preserve"> </w:t>
            </w:r>
          </w:p>
        </w:tc>
      </w:tr>
    </w:tbl>
    <w:p w14:paraId="2962E23B" w14:textId="77777777" w:rsidR="00942434" w:rsidRPr="005E205E" w:rsidRDefault="00942434">
      <w:pPr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0F477C6" w14:textId="77777777">
        <w:trPr>
          <w:jc w:val="center"/>
        </w:trPr>
        <w:tc>
          <w:tcPr>
            <w:tcW w:w="5244" w:type="dxa"/>
            <w:tcMar>
              <w:top w:w="80" w:type="dxa"/>
              <w:left w:w="0" w:type="dxa"/>
              <w:bottom w:w="80" w:type="dxa"/>
              <w:right w:w="80" w:type="dxa"/>
            </w:tcMar>
          </w:tcPr>
          <w:p w14:paraId="518DC3C7" w14:textId="77777777" w:rsidR="00942434" w:rsidRPr="005E205E" w:rsidRDefault="00000000">
            <w:pPr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373737"/>
                <w:sz w:val="24"/>
                <w:lang w:val="fr-CH"/>
              </w:rPr>
              <w:t>Classe</w:t>
            </w:r>
          </w:p>
        </w:tc>
        <w:tc>
          <w:tcPr>
            <w:tcW w:w="5244" w:type="dxa"/>
            <w:tcBorders>
              <w:bottom w:val="single" w:sz="10" w:space="0" w:color="666666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69C9B09" w14:textId="77777777" w:rsidR="00942434" w:rsidRPr="005E205E" w:rsidRDefault="00000000">
            <w:pPr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 xml:space="preserve"> </w:t>
            </w:r>
          </w:p>
        </w:tc>
      </w:tr>
    </w:tbl>
    <w:p w14:paraId="3DA38FB1" w14:textId="77777777" w:rsidR="00942434" w:rsidRPr="005E205E" w:rsidRDefault="00942434">
      <w:pPr>
        <w:rPr>
          <w:rFonts w:ascii="Avenir Next LT Pro" w:hAnsi="Avenir Next LT Pro"/>
          <w:lang w:val="fr-CH"/>
        </w:rPr>
      </w:pPr>
    </w:p>
    <w:p w14:paraId="46CC4BF3" w14:textId="77777777" w:rsidR="00942434" w:rsidRPr="005E205E" w:rsidRDefault="00000000">
      <w:pPr>
        <w:spacing w:before="400" w:after="0" w:line="240" w:lineRule="auto"/>
        <w:jc w:val="center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64646"/>
          <w:sz w:val="23"/>
          <w:lang w:val="fr-CH"/>
        </w:rPr>
        <w:t xml:space="preserve">Présent · Passé </w:t>
      </w:r>
      <w:proofErr w:type="gramStart"/>
      <w:r w:rsidRPr="005E205E">
        <w:rPr>
          <w:rFonts w:ascii="Avenir Next LT Pro" w:hAnsi="Avenir Next LT Pro"/>
          <w:color w:val="464646"/>
          <w:sz w:val="23"/>
          <w:lang w:val="fr-CH"/>
        </w:rPr>
        <w:t>composé</w:t>
      </w:r>
      <w:proofErr w:type="gramEnd"/>
      <w:r w:rsidRPr="005E205E">
        <w:rPr>
          <w:rFonts w:ascii="Avenir Next LT Pro" w:hAnsi="Avenir Next LT Pro"/>
          <w:color w:val="464646"/>
          <w:sz w:val="23"/>
          <w:lang w:val="fr-CH"/>
        </w:rPr>
        <w:t xml:space="preserve"> · Imparfait · Plus-que-parfait · Futur simple · Futur antérieur</w:t>
      </w:r>
      <w:r w:rsidRPr="005E205E">
        <w:rPr>
          <w:rFonts w:ascii="Avenir Next LT Pro" w:hAnsi="Avenir Next LT Pro"/>
          <w:color w:val="464646"/>
          <w:sz w:val="23"/>
          <w:lang w:val="fr-CH"/>
        </w:rPr>
        <w:br/>
        <w:t>Conditionnel · Subjonctif · Impératif · Participes</w:t>
      </w:r>
    </w:p>
    <w:p w14:paraId="28CF7EDA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B42311C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ÊTRE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7562D6AF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FC0BCC5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BD2FDC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606E47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5E54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E3FA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D31E51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77B0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CB4C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F5776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2E97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656C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AF92C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F2D3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AFA0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49E6E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9F77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C499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4DF76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2D36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9327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E19613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EB4692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E711F3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32F1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54AC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8CD92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C888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3432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2A825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72A2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DE53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7797B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D875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159E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55064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0541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A007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5B4E19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DF4D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9AE0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73DFA8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016C67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1FC039E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4C837C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B9CCAC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103C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DCED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CC2E2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1D5D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993D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CBD3C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145D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611E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FC87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889C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F3B1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67AC6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D762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EDD7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14F77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4D08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43CC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E65868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7E62F2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65BCA2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AAA8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1AB9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457FB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6753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FCF4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94938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41DB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91DB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2B3E3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EC1F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7E3E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38849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FF9C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321A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77EDF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42D2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A2613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7F01FA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C23A11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F8B47B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DE796E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815E16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958B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19E2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5257DD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7497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F0E2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59FC0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5A20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8AEA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FD21C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25E1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3666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7620D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06B38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02293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5736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D602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1F50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CD527C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864B61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05D5AB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AB84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F98B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42763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6D49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ACE1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B9971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BE8C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1B27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6ECBE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E697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3E19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97299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90CE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4776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05CB0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2422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5550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A4AB84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D4A9B7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23AB3E4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11140A52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ÊTRE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48DCB31F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400340E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5D0831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785A20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426A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F47D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693A9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A499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94BE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D54C5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FA2E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DB22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EF967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DF11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A5CE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65190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6CDD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72AD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F63B0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7CC9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4EE0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943290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089AED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0F5674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0511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7EFE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28F89F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8740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B3A3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D4CBA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ACCA3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D628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AAC37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9633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508F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4D931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193A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EA94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F9F0A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116D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B294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49284D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6D9DD3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C390E40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F0888E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68FAC0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7904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B8E7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6786C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C8587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F5F2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A04A7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A991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3BD6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38342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563F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BDC4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E3576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3497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AF73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20874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9DB9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E819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2F3825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2DD317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215821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C013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BEC1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F81EA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2D7E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5DF1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47F2B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BDF3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21EB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5FC36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3645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2340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C422A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2D6F2B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2B5E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929A9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72BC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C7DD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941612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3E49B7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A1FA361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42D2BD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185ADD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F81B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380E3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8CD61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6AFF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E613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14A88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FF1E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48D4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F92F4A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3C1675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EF3B7E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A559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64A3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2FAC7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E35C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6B37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D4FB3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F8D84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8EF8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3B677D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ACBB64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10BC388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41B925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44777C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C8D1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18AA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4CA8E5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9C38E4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3B4C33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35F8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7D0E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8B1335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B592F5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57791A74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5BF8C0DC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710BA743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E3FC999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71CB26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0E3A0B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F4AC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9136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576F3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986C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95F7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73DB6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5358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6B32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53090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B3E4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4133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9EE20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8E00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A5AB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D570B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518F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F6C4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D515BD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53C442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A12AAC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0E92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1F19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69D8B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2E4D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6CF7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2A3DC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AAEAE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014E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9B94A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91E6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5792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CBA38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A3DE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8E9A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51E05F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4E6F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12B7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BD8FBC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025D74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01A4E8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6C0EA2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909A35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E3C3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DC07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D00381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CD6A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7895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564110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759D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1616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82A39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EDF1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6861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734E7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CA72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8759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5C2B1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95C7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23BE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5EE296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CB6837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DECB4C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DF72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33EB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21F69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E056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6B80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0A0E6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FD3B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D7A6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F7F80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D82C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40CC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000A4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F260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730E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B2D50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9663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84BF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9A37DB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C42D58D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CBC9C11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B07538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672D0C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1BF2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287D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DB70A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C116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909C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D0F69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7CD7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6D1B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05B61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900A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E0FA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44BCB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26C8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D569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646BC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0967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DF95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786B8E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66F93E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D3EEE0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8A3B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146A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75F8C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3F60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55ED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FE750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D6C2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DFC7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2B3A6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DC5F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4639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97FA4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6C9B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83F6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2B1E1E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68BC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1069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D34C6D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ABC04F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0A17CBA2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DEBAD0A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655A3265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67F137F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04C3DC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6455B1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EA18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CD6F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259FB6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C548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6C85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2F807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0EB4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3805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4AAB9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5FF8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CDF5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ACE6A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A623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A965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BA54D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1A20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67AF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155468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F7F3FA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BCC542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BA7D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7822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58E58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C475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D1A94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67A55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6993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5434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C31FB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3E26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64B6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7DAC4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A48C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9C5B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91DE1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468B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596C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503311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41BEEA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4984A19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E9FCF9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1BFC3C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EBB9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47E2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3314B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C7C1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48DC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7222D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ADB7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6749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950B1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AEB4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5BB0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3DDCB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D7B7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B1B3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B1FDB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48B9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FCD6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B5F9FF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E878C1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2A4623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15EF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A218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619C8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59CC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FF6F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C019B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BFE1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2C9E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EDEB4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A6CC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EF21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5402C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6910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AB51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0615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FC6B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C574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17585B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15F81E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C20BDFF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806D56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5AADAB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34C4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5025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65E89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945F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2B97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420F3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99AE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B6C2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D4E25F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A135A0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0E1C37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71D4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0250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CD2C2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14E95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48E6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5596B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2306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C1B5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4834CA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F25A7D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B6DF654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2A5CD6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260DD5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C50B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518B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917ABD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C29410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00ED09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AFD0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CB8D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364571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48FE0B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EAC8B0C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C5F1888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FAIRE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673D1D0E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76FE6E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E90817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436FE4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C3BB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F16E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0C8E0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C6F7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0C7C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6CF4A9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B14E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1E5C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C8F85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6DE7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4FBB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EF689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ECB2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7FDA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EB932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8CA3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6F10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B78FF7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BECFF8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442A68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129C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1373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B581C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FA74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5E24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D5E3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4115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E75C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5A635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87E5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7A71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71100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A26A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E0A0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A9C08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8055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6E25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F4C268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AF9490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99685A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872DAE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F5CDD9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4559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8BB9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FDDAE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AD68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8673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36D64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C350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F7A3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AB92F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C84B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F5D2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F2040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3104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8225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FB6C9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590EA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8A34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3822B4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3C3531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6991E2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5806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FE58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3C245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277A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886F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0B2D6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4B97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0B0D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CE0D5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D992B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1DF8A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2B8A7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E21C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7C2F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A5AFC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6C20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3007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A55687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E918C3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24AB3D6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0BCF73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ADA27D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63EB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40A3D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6A887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36B6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1089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58FDC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021B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DCD8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04D69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0BB4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128F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42EE2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A8D4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FEE2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8600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B769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5135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3E02E5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A5EB04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0C8D8A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9E34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565A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AF937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2D0A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F172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AF8E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B9F7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513D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EC3C6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F47B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3178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252A0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D720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FF09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B191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C9C8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1F8E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32DE22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6E1EA4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3E4FE27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2F71B00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FAIRE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4CD39A27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572AD18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CCDAB1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D4DA2C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2AC6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FF18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87D27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6A58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C967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6591A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A2AE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0380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25E762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90B3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391E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05CAA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E8C4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BE1A5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38F3F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3B7D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56BA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FF3B3E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348893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BABB3E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C4F1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82D1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039513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226D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C90E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CF4CD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ED8A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F053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E34B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C477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2F12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86429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D62A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1CE4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840DA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B672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63CB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80C931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B675B3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314BEFB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723439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9BF5B9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E4E6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63E7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06AE1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288B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8979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8DAFC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508D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4210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C9525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9D0F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61DF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8DA12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6825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82CA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68175C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6CF0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40E4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F90C0F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F47A3D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20DB07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6630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6CCD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83F85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385B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2A01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2AE44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DB4F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91C4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0A7E0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83F9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F9BE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B5D66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9117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509D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1BA5F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EF87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3AE2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2B9F5B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DEF77E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487230F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6D8A9A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D2D958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F104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340E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005A2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CD55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6613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797FD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8E6A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A9A0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729A76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4080DE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381B6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096D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B785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9F0B4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38FE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98AF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CD794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8138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71BF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AB3887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F58CA8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291169F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C5E228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38359B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5EDF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ACFD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1501B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DEFB39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3B9783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C916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6D14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D4531B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31D7CD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D4B5550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E14DF03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DIRE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11BC6729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341969F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3CE470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ABF1E6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883E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DFDA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50894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FDC1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EEE6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76B38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2629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2383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47473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D16F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A5A8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9B94C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8483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C2AE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32CF5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A7FD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B2E6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649DAA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A57326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0C2D32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34A6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D23E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3A53D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2BF0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B6AD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8737B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AECE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4224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3F518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70C9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E3E7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94B2E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275D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2E0C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311B1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9FD1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3B0B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BE88BA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63C4A9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A3942C9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2078F2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8A7786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0B99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0883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C2AD5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C275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176D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0A180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816D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52A1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55B67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4848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23FA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209C6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45BC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57FA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BBBE8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1C6F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F75D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3894CA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54DCBF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ECF1C6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9709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57C2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38650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8231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B0F1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E4E9F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8913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B6C6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4C59F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F0EF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2FD0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F35E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24F0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2315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4A1D8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8949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D94C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B5A81F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1C4199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85B38E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B16D0B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7C9826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5281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2EE9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7F7CF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9B75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00BD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A7DAC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EA72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38EB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C1347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814D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974F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2AECC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0590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9368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26B52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CA90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0B8C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400509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B2180C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1D5DAF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5577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DB3D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5C2ED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3DEF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255C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1CC6E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7EC3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1E0E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6D34F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07CB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2585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89163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9680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C931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E936F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25F6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5D21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5EF4C9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EA2677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767CB2B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3EA1E64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DIRE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279CC037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18AF101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386C84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FCCA8B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BF5F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C86B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AB5BC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71D9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BBE0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DE60FC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ECDC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D5DF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7D25A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F92D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5DD9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282B7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1A03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0E00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4D997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1730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B2E6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057D9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AB0D4E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1CA3AC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E3F5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3C3B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672CD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3DE9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3FC4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A87F2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2FA0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37AB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092AB3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2419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024E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9F90D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BFCD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49E3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55D66A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8432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9B64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B373F7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A4C8A8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C4E3DEC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56A5A3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78538D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13EA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1D56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967D7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E375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200C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B90D1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5721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A965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67B61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3828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6A84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91899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C0B4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D08B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816C7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58B2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BB7B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C2A901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7E7404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3C174A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9A20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E1F6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4B8F2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A45B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6164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38082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C059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36B7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E919A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9C9C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3EE5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C069C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8AD0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7CD3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58F46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A7E8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9C54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8A5663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0AA2B3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B50D7F5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B49152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CD14CF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BD65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DDE6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9E853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833B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9678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ABC3A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6968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E712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57CC19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E1BB06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B4FA4F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4BEE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0F91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020B7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7964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1C5C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7D4F0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7EDF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51F0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F4EC10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779896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4BF0471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C980AA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CCA844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DCAB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B639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042730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043097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67CC14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CDF5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4600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B0E758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F1A6BF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13ABF75C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73D5319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POUVOIR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16A9B549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BF77A87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79C64C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36A7B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D2BC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9DDE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64D4A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22D5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6FF0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14A7C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4020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2DBF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AB5CB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74B9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F9B5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3A719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1104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E437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E854C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23E5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1BC1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2096A4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E3EF5A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901FEA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636C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4ED9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B0A20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93B5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B123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9668E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454F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0A6A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4379F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4241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C47E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23D9B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A9D8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F60B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C78CD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63D5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F0A3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71F60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02451A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3BADC60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C5E426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F0AB0F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251F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2D33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8F28A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342F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0DB2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8C276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17A0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7174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C2225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CF8D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7088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D8D35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07D0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C9C6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23EAD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3166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41EC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9F4642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FB36BF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5BA4D9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427C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AAB3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8BD0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4001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87B0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C65A7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D09E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4CAE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2E7C7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8979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03F7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E2FB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6A02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FC37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89BD0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CE15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1039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9260C8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2A5201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89F54FF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3CD350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CAB6DA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780E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C2F7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852F2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9AFC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C960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CB62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6DF6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A2134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A2915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8876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3BBB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FA070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AE3C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4F08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56298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ED9A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462D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483961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721510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9FCA6B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2EA2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2E5E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697174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9423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3321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61755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6441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2076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1D137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DF1C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52D7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8D615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802E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96B4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D153C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DB8C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B6C5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E87BE6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38C98A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03C9D6C1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1405C8A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POUVOIR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4D2AFD56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4661FC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545B8F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8B7D51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D5A4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1CB0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EA571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7759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BDFE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64E3F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1BEA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0574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C5FE5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8AB1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BC16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7E808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BC2D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19EB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AF823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15A9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1110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823F57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68C9C8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A82F70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5D35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EC1F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4369F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4BB8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E20E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6BCBA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45DC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32494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984F3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7115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61C38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8A726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22E9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67F0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6750A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5480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C67A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C8E267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CDE2E3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349C1A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2A0102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EFF942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97B0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5B41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7F0A7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E35E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B504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BA64F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C0AA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5CD0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C6EA7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BFBE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FB46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5BA0E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1D0C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624E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A92BB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3792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F882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4FEBEE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BEDAEC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DA1F05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57F2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F90E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36A57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8E66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0EFE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47AAB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7618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9A8E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BED6D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6BFD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E330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DFAD4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4432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5B97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31DE5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0711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476D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B2B32D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F9757A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73886CE" w14:textId="77777777">
        <w:trPr>
          <w:trHeight w:val="1757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C0A3A5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p w14:paraId="3F6C2C6A" w14:textId="77777777" w:rsidR="00942434" w:rsidRPr="005E205E" w:rsidRDefault="00000000">
            <w:pPr>
              <w:spacing w:after="4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>Impératif inusité.</w:t>
            </w: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3F0A31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p w14:paraId="31ACA4BC" w14:textId="77777777" w:rsidR="00942434" w:rsidRPr="005E205E" w:rsidRDefault="00000000">
            <w:pPr>
              <w:spacing w:after="4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>Impératif inusité.</w:t>
            </w:r>
          </w:p>
        </w:tc>
      </w:tr>
    </w:tbl>
    <w:p w14:paraId="5E9863C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1416DDB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737B19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DAEED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A3C1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552D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ADBDDD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FD9591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532089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3CA4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834D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B810FA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620206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9890CCD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19BD0372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ALLER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0339E058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DD87DCC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E603EB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560585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5326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EEB3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073AE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2A38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D7D4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4600C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6C91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25414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0B1AA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98D7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825B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23242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0B66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69BA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78A2A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2E93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CF44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805EFF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6D388C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34D62C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3347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4655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C5547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D37A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20DC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BECF2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4709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3F19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2AC47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1EB8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A2A1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71057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BFA1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A98C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443B7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EB39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1A7D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3AB4DE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55EBDA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0927D6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E9E482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CE84A5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4382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F8CD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E38F4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7846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24D3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922A9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FB8E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882F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DFF49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78E9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B3FC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F7394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B735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8E1C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CCA20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5D73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1453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71372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F5D544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1E3FC4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7790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F01F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E0652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531A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21C7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5C5CD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9627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6F42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EFAC1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62F7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C86C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0EFB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AA2B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416D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AF6BA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D943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0B25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AC0C6A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EE1350D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3860D9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0BD17C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AB19AF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450D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1FC4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24705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93BB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08ACE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27E0D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F597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CBEB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BF02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EA1D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679B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9DB56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C6C4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635A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8419A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44B3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9E0D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ED8437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9A1812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33CDAB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E57D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1AF5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6FDAF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A0C6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FD31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11C52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2FCE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1BB5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03117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C579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E382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A7F68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C13D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5F21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52F0F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AA3A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95A1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EF1F66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8C3C9E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A253BF1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01798005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ALLER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2D30EFD9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8B4ADAC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96E1BD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C61571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2FF6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0866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9F28C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578B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9E5E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C972AA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ED6D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8551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C3628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4C0F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0047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E182E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A685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4AC7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C9F32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68E0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66E77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081165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3433A9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44F9B2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2C4A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26F34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BB126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FED4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1E62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2FDA4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BEF2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70EC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6B8E3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D5B5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A881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A1B16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3B9A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9704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559F0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1F9B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A04A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5C1D92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67766A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BB650B9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DAA770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31D45A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A517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7A6F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01467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0607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4AB4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9F476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F8BD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8C12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44BCD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836A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96A5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7393E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0CE3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9231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E42A5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FD17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70C2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339D96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D56E18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BBDD36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168A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D0F7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EA694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62D4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70D0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6ECCF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D67B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5FDB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18468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B9B4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5F1E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C78A1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569B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9C7F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A02EB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0A26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8007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F2D663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C43AAD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FE1F237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AFDC79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2FDBDD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DE71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C55F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2B816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69E5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91C4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21B7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0FC9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C322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085912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F1E81D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1FB911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6845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3602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14AC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FACE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C315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799CB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2689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82E4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A7D318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A16109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D336034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B86ED7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40D04D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5181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D70C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27F58F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A85B42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79C41D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5E33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E9EF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097DE2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6FE8E6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EA9A663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0D60FACF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5C829EAE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2BA3961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A0E5DF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A93C07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3898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3FBF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D9FEB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4B2B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CA4C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86747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0DA9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2E05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19D9C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2FA2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6D45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0CF61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C55B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502E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D7CBF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48EF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2913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4B7C68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946F05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ADFF31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7F43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521A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9EBA6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7D1F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22FF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555F1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6131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BC49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DAF7D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2F19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E009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53F87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6274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0EEA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75B4E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6F0C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2E12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EAA34D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D38223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6A50D37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D84977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66ADF9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B40F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0D27F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439DF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10F1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201E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E0A99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0EFA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B737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8B279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D6DE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1CC3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A17A5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7B06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B548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ABBDF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E04E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1F23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4A47E0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584D58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574ADB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013C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75BA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21626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3802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B70A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A935C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C884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8EF0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07E33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7FBF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D5CC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2CF44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A3DC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4034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DEC04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A3B5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858F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E83F04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4F8A66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E854B06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214E32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71F1D4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5B6D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8A0C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21CA3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B392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0335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5DCDC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5816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6F50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B3CD9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ABE5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8B29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2AE41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E3E8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635E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A4E8E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7D85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68E1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C88CD9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743557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F0461D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31D6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FDB4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C20E4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2A15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8F4E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70CDC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AAE54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2BB2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905F8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9294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5E5F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26A25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AE7B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D681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CBEFC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2FD6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366B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3BB966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A9C171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212DEAFA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99C3FB3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7A44AFC8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0F66500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818924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C29323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B17D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2A3B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8640E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78AB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4E51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CCCD5C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7561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3D39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CA57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322F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44C8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677A1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79F9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56CF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CE593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C3F6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D5BD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341C1A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CAE73A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14B4A0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9723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477B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484DB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649C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E33A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5DA2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DB349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7C37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1234B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2BEF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9D85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F7870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7C90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CB86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D0865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0403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07AE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2BF539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78DA41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36BF21E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FDCE03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5DAAC9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91AF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137E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8A6D0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1B75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783B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E9286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8469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D203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8821C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BF58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AF13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6745C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855E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8B55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2FA80E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EBE4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A4A9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F2F22A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E518EF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805011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E604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3A1A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D1894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07AF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F569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14D24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8CE2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E6BE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91CCD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D4EA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2F6D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08CAF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6C44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8CA7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F8E0E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5F7E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7F69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3D8135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F340AC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09EAB4F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A8DDEF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7A4655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AE7F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6F29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97444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D14E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CB69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BC815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23F4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5735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8BAC1F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FAF3B8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48E4B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8A8E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894E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C116A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EF56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E7B2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3199B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8E4F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8B89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E3F0E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21ECF2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2E19921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2FE537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618268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D450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2B88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78A999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B33884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4C9B05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FF01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DFD3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87E5DC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3BC530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ACA8E7C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07C8FB73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SAVOIR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44631A6F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04C9FC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8F9DBE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50140F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7532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1EA0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C844A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255E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B884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D5FAB3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FEDB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3BF6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8CEF9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37029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6A3C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505B85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CF7B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C282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C3823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7D07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8E8C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467CD6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D3ED8B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4690ED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0C62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357F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8ABF1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6C2B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CAA0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42B7F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D0B5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C2B2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21BB8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9942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AA16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2EAF8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2300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DEE6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6F7FD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1031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4D66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D88B31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69B58E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E8E09C5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0AEA98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4A086B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AA73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1B6F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AB858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5D3B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C36F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D8846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2ED0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F089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C9758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5BB8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BB84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99365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AEA0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3FBF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9F11E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C5BE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2954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C7DA33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AEBD4A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3D75FD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4978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B33A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B6EE9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84AF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40EC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7C70A4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ECDB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3A5B9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3CCDD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E2E9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357E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93DD7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B24D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49C8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574FA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A33F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D9F9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49761C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A19B0B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7E8558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69C665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3BFA85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0E20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007C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E6497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A93D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A1F2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EB742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9DCD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E53F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68B8B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913F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409A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71816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845A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9FBF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C1C6E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7D6B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9BE5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4F8A21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16E8D0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115AC1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25A6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64FB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05074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7905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CCD4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63E6B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F578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1F7F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72613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9705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C26A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E4F8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07E6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2F0B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B108C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150A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2F0A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5AA0E0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7258D4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6A9E550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ECF05F3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SAVOIR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67243DF3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2FD4333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4698B1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878DE0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09B5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91D3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0DDC9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EACD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DD2CD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5C1BB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D383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7493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D65F1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9FA7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DA5A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5976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0ADB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A42C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6AEC6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259A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9399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DFB7E6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42C6F6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F8AB74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BBDC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06F8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A7D37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A545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6465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D5CA2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68AB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8D6E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99129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B8C1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E490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37C17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6A14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94D1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3ECB5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0622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568B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60C5A9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907F9A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9A13D51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2008A4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AFC3B2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C68C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10C2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8AA20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752B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0BA3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CB51D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7707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6CE6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1293C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0F7E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6EDC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7E85A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BB44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4A75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86DF2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DB5C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85B5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62B5D3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8A2F6F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54C9A8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E95D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BDE6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982BA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D0BB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C75F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5A5BA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CFA3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B972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6565B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7C0A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9AD8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1308B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FBC5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DA0C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27BCD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4369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3D71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38392B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9BA326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8BA94D9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72C7B6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2FB31F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87CE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0BDB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EFBA8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B9A8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8D9D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2DDBB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D3A0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BEC8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D531C9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87C21A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E2124F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22B2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143A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F4DD5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93E4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B8D5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87472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DB20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8071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0C1753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8ED28F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E37B190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D49674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B2A5BF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0C80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B39A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317BC4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09E884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3628AF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DF8E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62C6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679803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9A3D26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5CCAB0D3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6EE6378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VOULOIR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626AE41C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A19CA41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9BDE72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DAFB6E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58B8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A9F1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E9111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09524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A63F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2EA23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41F6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9C4C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412A4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11CC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EAD6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DE2FF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00EC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8254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E3815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E1E8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93CB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EE662E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76C8EB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041058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AB93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4605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B91BE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7E14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D670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61BA9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7176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CB46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21E3E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4062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03A6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BEA20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3002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DA32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FCE76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5B55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F9DF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C4765D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A711CD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7F00AF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06B6BD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F4CC88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1529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DB04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D6CB28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B51C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0ED0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BC70E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0969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287F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DEC1E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454B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7DB6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003F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C118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E7FD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5E039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A2E4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17D5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7BBDEC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D5DE02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ACCE1D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6D98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88FF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6B6C8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0172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8A51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63031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2F50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2AA0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5FF9E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7A2E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5A61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5973D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024D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5CB3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BF73B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BEBB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3B65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6C67E8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EE128A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9B755C7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EE16BC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67D9F1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F18F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0FC8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DAE3B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4BF3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B8AD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18B11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5F96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24AD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A9A18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4DDA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C16E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97188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A5A5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C495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37E39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9394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C366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D233FB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C4F64B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C66062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D753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B727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221BF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0680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78A3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E1525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9768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A083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543FD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1FA3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C5AB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231A8F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228E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BDB0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40B16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2BB3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9599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7E3D03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962629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2E6C6C7B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108A84AD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VOULOIR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2D109A18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B35A141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0F45BD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0D1529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7522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BE18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8AA70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5B2D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EA60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14093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36B8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5F0A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C4406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B1BD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BAC9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55F2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E86C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8C52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5422B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4570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E92C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0C4A38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2C2D60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438FCF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9A80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38B9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5E8E83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4E64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7566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3FDBA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21E2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066A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9CBAE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D9CD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9F98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344E1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BA11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4795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5B210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A4FD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93AC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F0EF0B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3780F5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828625C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FF2009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B5E784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0E1F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D6F4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EFB82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3A4E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EC3D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8D05D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7877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7EE1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CA02BC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26F4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7C17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9AB78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BD3E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10A5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0118B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8085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93FA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71D342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666FE6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94903F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39C8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C400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509CD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29E7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98AD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A6337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9DC3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6A14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20A5D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1120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2986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696880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8700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3573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669D2C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EE44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C4AE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4C72D7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052305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D9DBAB5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C169B4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7ED93E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4EF8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97E3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9471F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50EC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7F59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A1A01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E422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FB8E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28781D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38D467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83EE32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D4F4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B5F3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21B27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9D5F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5C25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223C8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C72B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D082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D78C80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710A49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FEE89CE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4882CC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525BB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2A66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ADC3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38CF2F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152E05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C02F91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74B9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EEEC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91AB06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D297FA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C11E427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556AB3DD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FALLOIR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7982FD53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DDF763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13D436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A651AC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4F8F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4B72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3C0004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7D79D6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27415C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BE4A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0442C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A75A24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0C67EC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DDAD390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9F9B87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E91AFC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2654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8446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612761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D48F45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D72DCC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D1CE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F830B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A8CFD3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EF3181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1371227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EEF65C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52C13E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2115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3855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7056B0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5E6BB2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789861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A6FD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623B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E9CBA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8C00A0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A4DA0A9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1F193F60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FALLOIR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26A10065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D9A472E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998F73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5622BD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50A8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53DD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239768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185108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DD89A5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D8E68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11E7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9A4AD5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2A99D7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EDB5A20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00B557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6551DF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DBAC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7569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A6B5DA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3F4B01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EC3ACF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14A6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4504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3D0084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01D438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4678CCD" w14:textId="77777777">
        <w:trPr>
          <w:trHeight w:val="1757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DB4A44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p w14:paraId="76100D63" w14:textId="77777777" w:rsidR="00942434" w:rsidRPr="005E205E" w:rsidRDefault="00000000">
            <w:pPr>
              <w:spacing w:after="4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>Impératif inusité.</w:t>
            </w: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0DE92F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p w14:paraId="55B9CFD9" w14:textId="77777777" w:rsidR="00942434" w:rsidRPr="005E205E" w:rsidRDefault="00000000">
            <w:pPr>
              <w:spacing w:after="4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>Impératif inusité.</w:t>
            </w:r>
          </w:p>
        </w:tc>
      </w:tr>
    </w:tbl>
    <w:p w14:paraId="23916D9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7C3AAC3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D25060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p w14:paraId="306516C8" w14:textId="77777777" w:rsidR="00942434" w:rsidRPr="005E205E" w:rsidRDefault="00000000">
            <w:pPr>
              <w:spacing w:after="4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lang w:val="fr-CH"/>
              </w:rPr>
              <w:t>Participe présent inusité.</w:t>
            </w: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127C12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F684C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2924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6338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F4C28B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87AB4F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267DFF97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AC307BD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DEVOIR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370CCD3B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1F121C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12A15A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1BEA2A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8E14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BBAB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F98DA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736D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3FE9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9AB9B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BB34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E38C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7D994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D4D0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4015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1040B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6E8A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D053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C962E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8EAE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B61E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6E471D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4EF2B5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E65430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5F00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90C8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414F1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C855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86FA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6D203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84AB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A6EA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B5BC9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7948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EF84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D8F6C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1036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0EA4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084D9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8007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A730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19666C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AAAA2F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82146DE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F39DFE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32539E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5061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C907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4758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2AB2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1EF2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D0509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2D41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40D8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C24A1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B1DC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5B39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32794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A062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F125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087F7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64AB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1566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20F579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1A027C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3CE38F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21E0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A1AF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18ABD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6B62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BFBF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3C1B2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85AD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5CEE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FE5B8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EAF1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38D9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58A09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0AF0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BC85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0729A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1668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C5EC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DD4CF4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FA8653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B50814C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A402CD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AEC2A0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0565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1237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CF8900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15E8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73FE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A7B1C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B966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8E06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85820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5BE7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D968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B6336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DA93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63DA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C78B3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DE2F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D27B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134D9F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39A541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B23B8C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989F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36F3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A895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73F9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03AED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1252A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87F9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70BD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CBD8DC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FA89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73CE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B7BA5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F4F2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FAE8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E01CA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739A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00E1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EB7C6C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A7D40B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12295D84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57F55609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DEVOIR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79F2833D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33F0DB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7A1B18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05081D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2521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7F22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8C901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927B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9079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283AB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80C2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A93A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E9161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623F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2704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00F46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0036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38ED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6AD88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AC24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04E8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5006EE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CAA996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F5C11B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CC2B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B3B6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D40A5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21C4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765C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37587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9D26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CCDC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8FC68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4964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B101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C0124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C0EB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02717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514E6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8A30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780B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73ABBB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4FE7AA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6D9211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1B4299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6D4800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AC66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DCF5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5A448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3FBB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1915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05017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050E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FF66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12895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1572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CF69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74778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2CA7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33F6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1DD58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1AE9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737A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D94AA1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B4D908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A172E8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AEDE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A2F1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06482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612D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2387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C0CA0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0BDD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36F0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63CC0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135B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A6C8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7611B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97C9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0784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C0895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9234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018E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B60ACF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2D7CF5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66BA5E8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C392D5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86C150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8D57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5F84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CAB8D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6F42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6362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231F5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22C6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387D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476137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0D675C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6D6013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7240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12A8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5407C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FABF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8513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5BB1D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BAC1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A0D0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1C324E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AC8960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7E6D5E8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C2FF50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158343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D855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530E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FD78A6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AE47CC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600AE7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9310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E4E3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3329E1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DA8F60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5F44995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7B7B271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CROIRE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6D4586AB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2F8C2CC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F4C445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82BC40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E749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EF0F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8047E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0C61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0106F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E1DB1D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53DD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5933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9BE0C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3CCB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4FC0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137DC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0B2B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91AF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FD8A2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CC4D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BB64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DA9C25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490C0E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140A73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45DE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6BFF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D7C5B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5D04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9337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63185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C8F1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E189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C8D78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AA46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5FAE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3CEFB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0067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905C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8561D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C413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3933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C07669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C55C83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A303EE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1EE404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8DCCE0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2560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E3A9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C5192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D8B7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FF35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35B0D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627B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392B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AEA0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CF2D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0BED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39D82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623F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2E09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732DB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2742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1F3C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0AEB39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92C21A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2EB302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1341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B683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1C0C9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A247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AFB0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91C92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1CC7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249C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09936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DEC8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CE9A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11A0B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681E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7900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06D68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4EC3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B782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760733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7EAC3F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9BC00A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46BD71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086BB1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2714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5D68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6681E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C3A1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09C8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322E1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9352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D811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4E8DA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1FFE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7DF5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890B1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9C51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019A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220E8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7BFF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F918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6934A9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BA294F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1EEE83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3ACF4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2FC6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38396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54F13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BECF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B1651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FF1D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1BA5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94CC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8067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0D41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3A6D7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667D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DA13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B1CCD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8570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453F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70D713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C72B63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7C4BC10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116F7D1E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CROIRE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7D1FB06D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66C673B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3C03F3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F7898A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45A6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152D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159E9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850D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6EF7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C5C918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7179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4710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8706E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4757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EB64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5A835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20C4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1E60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39732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6E7B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887D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B02E7C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9834E0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77B7E3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5569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B6FF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E5A39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A5F3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6ECE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6504C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C1EA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4DA9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F249E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743D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72B0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BC202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08F7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13B2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5EDE9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2938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7AAD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58D3D1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7C102C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BF44E43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295271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57E846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08CB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60F4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AF6F4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A9AD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76769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0C1F7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4D69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C921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18307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1FBB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6CAC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8846B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09428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4A90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19049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0C9B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C163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1D2DA0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103BE2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674518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A19B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CC01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4B01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68CD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8EAB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03FD2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8164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ECB5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4B3E8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12B8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2E74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248D2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AA2C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8040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0FBCB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47F7B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F827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EC80F0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66B435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087AE3E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C02789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7B0D32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5D9A7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0187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CC450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5A0E6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A6F9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50C0B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815B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9F8F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8FF2F6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0CAA8A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8AA27B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B61D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9F9F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8348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C24A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C26A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CD45D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771A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3C13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AFC6A5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034744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4288924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75E06B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2F0954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3447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970D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29C56B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2B820C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F70525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CE01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1C86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313A83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221F10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2B28D7A3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58E55B3C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PRENDRE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71E9F086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662F8C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6BD3BD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1710F4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AC93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A62F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AE157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634D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B2C1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7B4D1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79568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FA82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B848F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4998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7850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F7130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D4B1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B9DA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FFDBD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A1F9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FC6D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0A2E6F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48322E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AF680C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DE4F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8F92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4913A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B6D2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C83F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19C5D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84D6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37E3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78026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C6BF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B777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71849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0093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2BCD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60C64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F90D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9201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9A2675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DEFB0E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C4460E7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F62855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7CE927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A2BC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15A1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8B473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D660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4DB7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C0AE3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375E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4247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A197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E754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B130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4E013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500F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6095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50E9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91C0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986B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81160A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DB5615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EE99AC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647C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0E97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399A7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E3A44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2205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B7780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E7FC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D962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5303F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856A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4190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BCE27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CB91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8EC2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5BC9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49A5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622C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2601CF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64630F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0854426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DD1F21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750D99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409F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3FD1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DCD501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B793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A735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DC75A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857D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1E5C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42DAB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996C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F530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0B7B1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CC87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06B93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3787F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57E78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E946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468F73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9E0A79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85AA4B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89FE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F872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6725B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6D7E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908C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7C672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1E65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3703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3E1CD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8F33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BDE6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2C40E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E47E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DE88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6E56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C2FB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4829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EFBE4C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39417B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35E538C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4B7EA34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PRENDRE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5EA0A1E5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474A5A7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36FBDF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7918F2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D846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1C95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7DDBD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2E3F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5406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2E252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67AB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3422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7F4F9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538D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6937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F6232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1C76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F214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AB073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AFA9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0A13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53FE76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F9E078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41C4CB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94AC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BBC2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81764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B6F3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9AD2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76759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A2AF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45AF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31B27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88E0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2395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91D21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9938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16B7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D4BAC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34F5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B723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40DE77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A03DC2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CD13286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121678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5351E3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8DC2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685F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DFD0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D57F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7B93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22440F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3CFE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0314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7F038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DBFC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6CAE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C9EE88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B809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40D1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23F7AE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4C7D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7D695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85C097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DE4615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DC5D79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762B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758D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ECDF3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EC67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472F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757E5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3B9A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AD39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04090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7D3A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4B90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7017D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DC04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A949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C2C08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4FE0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5E0A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F5FE49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08C04F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005CF4D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6A739B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7FCACD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5F08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E5B9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EA314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806D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FF6C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5ABF9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71DE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847A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874923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B1B299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980BE7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167F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2F23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47159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16BC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3773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4FB21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1432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E9C5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A6F045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9EE8D1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243D6F8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FA6CC0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F20A07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EEC0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57F3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1B9A37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9C1E89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5F6A57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0414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8185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237D06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F9A94B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68496D7B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3F9EF75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AIMER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06644B4D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5BF2AB1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0A97CB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6B0C2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2398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AED1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8FA0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288B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6BAB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AADDC7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FD93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1487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2B076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F09D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C895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3B67E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C797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FD23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22AA7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0E4B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70A9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9F1E4A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FDDC39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0984AE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A476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7264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F8280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7E13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D211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8283E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25BF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2FD1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EBF1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0B73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64CB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C3647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A866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7976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C0EC3E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F2E9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F0CD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D7E6A4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1D56B1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59BDA3A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3794FC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2AFD1E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F769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9741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7E1BE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1368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8D6C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1E6C1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0057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2FCE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B3D40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2576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3A96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AA66E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D9CE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C8B3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5A3A4E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3B93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8DC3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FA51E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B246A1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D86677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072B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2A44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6A02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3BF0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745E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8A5FE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DEDF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437F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A41F0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8DA3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B96D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DD80CF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4674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EA9E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25CEC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76B0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62FA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D7A3DA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70FC38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940C4EE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2CBFCF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A19506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B34B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5885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6A04D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2DF4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08D8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B3DA2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4809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8F9E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00D4C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C4A7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595A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AD567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F01B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6780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BC8D0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DA6F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F9B5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57B799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CF4A89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D3123D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F38F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C89C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15FD1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390F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26C3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4C4FB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9BA2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B394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81F9E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9B1D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BC72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002E1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5C3B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5CD2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79240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F58B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EE5D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B68A9A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4CFBBD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60654D91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295D8B45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AIMER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04B49682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C62073B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EFEB4C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4A1110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6AB9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4BB6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49368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1695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7241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EAC85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BCEE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24AC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421EB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14B7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D659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93CFB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A246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71B0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B05AA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9464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DFF4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E9291D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7F1781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488A69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97D5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F6D6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EB8BF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6B95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429F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49674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655B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6F20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4EFB6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0B17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8909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E2C9B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106A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C42C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84D96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60BD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494F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0962DA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7BC38AD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CCA30CD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AD7214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AD94C2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25B3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540F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0A4CD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4A9E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A7C3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FDC54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32A6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11CFC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F587C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851C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9930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9FD26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6694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6D9F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E54A2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5882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9EDF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95A442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6F4AC4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C5322F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814C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73B7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0B496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71D8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91D7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0D880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0CF5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2F2E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15D89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27E1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0613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D5019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226D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C02E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3E316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5AA6F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8BCC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8F9A8B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3BEE46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2FFB175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D4D9C5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683B5D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7363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B5C6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2FD9D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E471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DA2E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BA345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C566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0486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077484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B1B73C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4D22C2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3559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B4BD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C92ED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F475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4FD5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88088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1728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8619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3BB498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64795F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149BA35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350207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6DAA7E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FB0F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7CABE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D677E7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66A79C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9BFCCE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CDF6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886C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E2374E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47964E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202025F1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0C5C615A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METTRE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4F0F6228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1DB5AE2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C3575A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DFD786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EFF2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36AF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E74A3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FFEB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FA1A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DC915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1602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72A9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6982F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C0EF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C332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D59D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D29B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B1CB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31499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141B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7060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1E1CF1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ED2BB5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A3E5A6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6AAA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2E7B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CAD02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1ED1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644C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8481D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A073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85C2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CC12B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761C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279D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F2C017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F781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1CBA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7F4E4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401B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651F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CEBEC7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73A7F2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0A9CFCF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A2C8FA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A12D8E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8EB7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153E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40666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16FB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C09C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03E66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A5C5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A131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91B4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AB9A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64FE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70FD2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BD11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4BDD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0FFD5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ABEF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1E14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376034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167FE5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126A5E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94A0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CBF9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C3B92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B786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C118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F09BC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A219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A9EC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17EE5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94CB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492B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F6AD2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1ED1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6746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DF191A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5E4C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9750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76DF70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D96080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32BAE2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FBDACA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72D334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94AB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7F6A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3FF1C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1564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C4A6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101C6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2AF0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5D1C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C3D40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1EA4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AC44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FB768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AAA7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D77D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3C002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FE3E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A071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DDE90B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E6381D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F0FC87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7822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E32B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270D2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8978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D65F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9E84F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3143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007A7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DB6C3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60BD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5368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19318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D2F1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9959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99729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8EC5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4A83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4CE8E0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DC4376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B8E3738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59E94026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METTRE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644EE5B8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827EEC6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1CF9D9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A5CB7D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DE34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8C24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5727F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049C4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EC11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0E88E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A42A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0FD9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C5970D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2A7BE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4D66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D15D2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4985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9FB4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2A93C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F04D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E7A1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A73CD3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794E9A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9D9B02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D5C0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149DE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3C03F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48CB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BE36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75070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6FFB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0DA4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05108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9C60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2588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7F683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58C5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9880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25C98E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CDAF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E09F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561E8A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EFFD5B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C8282FD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7B647F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61E91D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F28B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D4A7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4578E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CE92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D025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E5A0C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3B8E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D6D6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542DF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56AC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29029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95EC2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7567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1A21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40301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9266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6C27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D82319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6B5F12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BBD5C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F264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11E6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9B860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9B71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653B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7AC2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70ED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4386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6501D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72FC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51B3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84F38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04E4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B681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9A81E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7F7D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0804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77632A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5E81EF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434F0A7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4F7E74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0C0095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57085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CECD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8FFB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3256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01BDA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62248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AC5C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63EC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81F348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02F7D8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1713D4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EEA2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EAF2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BFAEA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4967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1459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4DEA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9B76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124FE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F1FDB8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E011C1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50C09B6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BA0A90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817DD2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8059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FF81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68CBA6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FD6C31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C7EADE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0788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00D8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2E20CA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9DD309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59D9712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9B990AA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TENIR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1EEF9ECE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E5394AC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9ABFE8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C3595F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507C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B1E8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A994F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C80B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73484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85AF6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C42C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EA59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EE426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A6C6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1B07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9A8B3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763E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38B5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88A88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DC7D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D6B9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9B76F0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D2B742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A55897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12D0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E43F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21BBE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8826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4CF3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23BE5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32B4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364C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47D92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494E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5DB7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DD319B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62E8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6F81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C720A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8F75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98A3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C3D7F8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77B70E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3F59EE1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5A7801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6DBF17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EA16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74AB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D4401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CAB2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205E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D4922B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AC66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E0B3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DD94F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C6CF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0CB0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D359F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A8CB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83A8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A98B5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2E03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5407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A53451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78DB3C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BF9C31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36DD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D268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2D64A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BF5D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6808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9A45E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7AD1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B69C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A87B6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7965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02EEF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00196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937C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0DF8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45C44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DC74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785A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A8824B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0DCF72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EBE0FEF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8017B3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111EE5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E0B8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1BD0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191B0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F047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F6F4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F23C8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2DF5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384D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DFB7F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07EF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8BAF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AD9B3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A0A3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BD42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365CF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278D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6A6F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898887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EB8A4F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43B1EF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9E2A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C860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6B8D8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20C7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8989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2514E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21FC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D69BD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8C126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9F58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207D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55FA5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AA54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7D77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A0D289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571DF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88E0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5DB079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C75F78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54A5B641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44DCF13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TENIR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680E0895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86471B8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D6C1F8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C09432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038C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26D6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4143C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6189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DE3F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B0D52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D11F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A6CA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0ACA2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EED2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0C5A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FF181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FA80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2387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00AF67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4C05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74E1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F9F139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4C0780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2725D9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CA88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E47B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CAE1D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7DD3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26FD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95E24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45D3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C39E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311D7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15AD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9BE8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55521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44B6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24A1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69087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3C2AD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43F0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B76674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06B8DC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FF339A0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92A5D9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BC9867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5524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784A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3CF0E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382A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D443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242CF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F259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5056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A14FE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DF1D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7AF8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E9BDE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83C7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97F6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B7116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279A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6271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323D91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14C091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4D21BB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04B6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D956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B7237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7F6D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A889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0E230D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D96A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DB30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D1453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789A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DE07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E21C2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59E2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6410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DE2B0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5F4F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74E0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425246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0F6624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505976B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726002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29CA31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E002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C243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20286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2858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CDAA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5C377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BA4A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DB8A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BC9E06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AB36E9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87D4FF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A786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CCAF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231A5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71FD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1D46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828BF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5B545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3EFD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03FA76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28ED9E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A9539D6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D49902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32DBD0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2C65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44EC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CB9835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3EFA91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E9B595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36E2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9927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8C076A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9D8BE0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AFEF2F9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21BC31E5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RENDRE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4BD2E659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513C93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4DBBB1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2185A0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A594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5063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F66B9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4230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46EC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143D9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89EC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32708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E35AA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8BB3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6F5A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FE850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1A48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651C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BE15B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4295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681A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753D5C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63D64B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2214A7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4DEB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5D80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D79058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31EB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266E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8A267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D611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5896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7EE9C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F37D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2452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47936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DA23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7E60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7942B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EF2F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0629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60125C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31C29F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5C2E81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A82A57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96989C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13DE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5A9D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156C9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D77A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8BE6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22348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F31B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6808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0D191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4540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D045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ED63A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8795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866C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F511A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13F6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F58B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9B2287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2C6B16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71E753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9065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A327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C4F57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83A8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D4E7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A3F86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0931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AC2F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147F7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7D94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A8BA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F2EC9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6A6B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AD7F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4C1F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6AD0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D02C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66758B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14E165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09757E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BBAED1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ED8ED8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26E9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E4DC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2C1C4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1E16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47D7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F2C6E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4535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33453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499EB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C4DA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1204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E59AE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5990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1760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6F01D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737A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2166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8A6F3F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7E9460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34D883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3086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B08E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10C38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704A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D88F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B929C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2AAE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689F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CCFDA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85C4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DB44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3AD13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2B01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F4AA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14BB9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791E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A5F0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46DBA7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914D9C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FF316A9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BB91ECC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RENDRE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47DF43F0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5BC9BC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B3E212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001A92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89F2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1A17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E4E2E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C347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9485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E04C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E251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5A86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E6E84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2E40B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895D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954E4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69EF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0DE1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A033F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E8D8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C697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AF64AF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5A5F2F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6536FB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65D6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F21D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D3E77A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F0E6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BAC5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40389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8235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46F5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6D98B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C8FB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6338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114B2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8883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3A77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C172F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7C22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3ED0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365716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FB17BA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B40E496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6E0DB6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83771C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4CF6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A4D2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DFA51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1432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E77E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AD279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CE28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F922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69401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D4DA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D5B4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90886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CBDB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A59D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CC418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CD20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69E0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5FAA8D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C2B2C9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1644AF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59C4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CC30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2647B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9CAA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3DBA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8AEE2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99CF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BE59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1F00F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DEE0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52A2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CF9C6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7511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3881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38C7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AEDC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53BA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A402E6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38E124D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FF2E1EB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C60FC9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A0618C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C65C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E151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6A2A6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F0A1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5E0E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E2B08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EAB0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6EDB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E9A8C1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9FD744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C4E126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6174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C1DD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7A31A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2425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AE29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F80A5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CF58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78F9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BB2A86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3D1A2E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B8229C6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C634A0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32F1F8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1C3E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955D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1D8751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810323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28E6A4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6454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022D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C8F2B7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B8972B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63028B9A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3B28AE7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CONNAÎTRE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2387B8B4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8D2AC0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8C5A3B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BA1577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2755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F630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7CCA19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A5B5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42AB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3B190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5EE1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0E78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30AEF1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3BA2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CE01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4F972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842F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2FBC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ABE1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6649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242B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B02C64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47E345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76508C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ABBD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8689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A38EA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0DC9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076B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9CAC0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A51D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564B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99DD7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7F3E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94B2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FB8F1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D212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0EEF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C3698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ADEA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00AB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1B3C67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51DB99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DB5690A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064DEA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F70A45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BE3A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C9DE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D5A1B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5E2D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0527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C6583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A8ED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AE03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0D3BB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3249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4292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74851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B8AC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BDAB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0A5A8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2328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C3C9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D3FE57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752690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804B9A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9351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B280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2A8BC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5217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6DA3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4DA24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4272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3D93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A22BD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5743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D5B5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A0519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781C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E7C5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11E65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66CE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0D94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6BF8DF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38B5C3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7C03DE2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45E14B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398C6E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4E26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350F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23982A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1456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4D15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29E1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5704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4C2B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35637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C8C8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CB10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F1C96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3520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39F8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FB3C1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C881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1A53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83D2D4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DFDC37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4BD943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41B1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3FCD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09F66E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EB84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33F0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FFA9D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3B69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3D26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9642B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2324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4881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38599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8A40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C9BB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ABC42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D19C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7709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E900FF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512DCD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1FAE3656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967571B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CONNAÎTRE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0C85AD29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ED7A8A8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F50A53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C55299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DFB0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74F1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0DD16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2A0C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2D97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B3CA6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2607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FC5E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8DCA1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6927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255D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6314B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8E84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850D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0F271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1E22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1491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F5CD59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779AE2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B65A5E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1C15B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7AFD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E25DD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99C7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9901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DC8B6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3684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7C7D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3DFC4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DC17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870E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D47C6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0497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2B29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478CF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B61A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3661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CF7F0A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26E103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291240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371105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ED950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8D4E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1C61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C0FFB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F3F1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8502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B9EEF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1F34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3802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524F6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117B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C186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6F2D18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BD91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7300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2C1026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5DEB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2399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184DD5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12B280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EF9257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AA3B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BE48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60E28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1E55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BEA2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AE967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DE4B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F9AE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76567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CFEE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EAB0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18E2C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DFE7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B0A78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0ABE2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BFDC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83CA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C2DC2A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5203CE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169ADF3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0CDE06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858366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527CC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E5E3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33C92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2ACE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46A4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B8C0A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B908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890C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1C2FAF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023AA9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5FC40B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53D4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0ADE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4152E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4BB1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D33F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A1C95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177E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6A5D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FB6586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E4310E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C701256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DEC4EA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E736EE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9223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620C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D73A83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909BE5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913D7D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D8FB4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02DD3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94BCFC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27C5AC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07B3C04B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15E4A69C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SENTIR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7FD86C56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805B155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CC10BE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938F7A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F1EB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F731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1A57F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82E5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B941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6B030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AD03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5935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FBBBF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6118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EE81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8AC9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66BC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502A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EF564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5AFE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D8A9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0CED49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9BF628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C1B7DB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349B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2D4E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569D5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B1B5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7EBE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7CB3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DEA3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2661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1E1F9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F5CD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D128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9E2EE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AFC2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C925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56530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7AE2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54125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DBBC87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D70BD4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07251EB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91A3DD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FCDABA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C3FE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04B6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0F1DF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3DD3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E1B5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72FD2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FCBC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E605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BD2B1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66B1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A847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C84A2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2A8E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AFAE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7A84C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D1F9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5073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A44EB2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0FD689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EF8989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A16E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00A87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93CD6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019D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0854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D38BCF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3C83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87C2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9AC60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B4F1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9E72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9EDCF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AAEE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9531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AC7FA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8EB4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9D96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1A98C2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CBD5C1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6AC4B49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783CA2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6C6932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EE5A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1222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AFD68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0879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2D6C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7E562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C51E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1CF2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50177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BB0A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8BDA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05D59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A08E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825B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DE516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E01F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1439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2E61C3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0D603A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3FE1E1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5655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29D5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3F197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D4D8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7735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D442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C003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42055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4FDC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0E15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6358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952F7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CD90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3269E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A00E45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549F8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E0D9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F449F9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AD1160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246AA3D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5BFDB9A1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SENTIR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2FC73CAA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BB6CBB2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96F242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6527DF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CB5A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568C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C8379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B6FB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CC82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D6536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0A30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EA7D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78B19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49B1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19AF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C838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41E1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6DDD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C858B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2257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838D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2FF392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440943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F4FB8E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81DB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CB53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FFBE7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7580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DF42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70B63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3ADF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995C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9F58A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0BD7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57B3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A7D7E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19D8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868B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DAB9A2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11F9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AFD5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B44DBF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EB1646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5DC6D7E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664825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8CBE03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E8A6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5ADC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BCBC7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668E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6C24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694AC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96D4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56D6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70D81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6599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C6E5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62D1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1F06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5210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E6CE1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FA54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9089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47DAA7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4025E9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B59A3B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F3B7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C9D7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231CA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EABC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3F58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F535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0E48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F19B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DAFF9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12E6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28D0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6AFFF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8B8C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8DC2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65088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AEA76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CC44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104F29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461494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6BC9193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345DBB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6B28B2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0A3B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A785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3497C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924F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F67D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0E2A7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AF87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E2D4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37FBF7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6E126D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D196E1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9B4A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819A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F4A56C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A256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E14C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65EAE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F052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A2B7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CF2B95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B2987E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EB1F358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34E5D2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8D4DEF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59D8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E0D1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979F55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6C67F2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F0CB48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0990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E73C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576EEB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BD16EA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C8DF379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CC252C1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VIVRE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75EDA23B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38EB680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875B5D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792010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CD84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6966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451CB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3E56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8E97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C179B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6BA0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FDF5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62872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6624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938B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6A532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E891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2898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CB920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049C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E4FC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51A53C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E0D505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5856E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CFD8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C19B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BB88B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DD25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E31C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B39AE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7997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B89E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5C068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49FA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1889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CECE0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73B8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8BDD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56BCC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C1D9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C4B4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B9523E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4FC09B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8EC10F7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40D9AA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FFB3DC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F3DF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E345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9022E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7D81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D5BB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099CF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9862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0857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D9D69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D72C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3C7D8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10BB4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0B08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596F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2EF4E8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ECD9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6872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A56D0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253D43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E42B97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024B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1D2C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ED722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D21C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AA36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695AF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4045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A9AD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BAA89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D40F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5129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A9F73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E2E2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0DB3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54E58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7E4B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2743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EF5709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353A69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46E317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B2B37B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54C839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0626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068C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ABA68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608ED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55CD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C57BF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20A2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F57C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E3890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3188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5235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C824D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0D43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E2D9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7522C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3B20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4C76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CC51E5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12AB45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5E2465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5576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B5A0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8F2FD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B27A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10D3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0E7CBF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2B30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EFD5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5C483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898D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FF1F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81DA9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4AF5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C9EC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C290A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AAA2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3365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034CB7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26C02D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24B5A176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6FFFDE9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VIVRE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05BCCFE1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9E8CF99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77FA45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90CFB4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D12B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6D4C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0EB84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1196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7D540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63BC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C084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AC48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E0125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43E6E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FDE2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1A22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2BA5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88B8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23D77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AC23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C7EEE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20E1D7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28D364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66BF61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67DF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EEEF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61964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CC9A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5FAC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F4A39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D01F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4610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67636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35D4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22D5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CBA5A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5D56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DB0E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5FD7D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9FAA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4E64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FE89D5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370F4E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AF612F4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F6F1C7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D53F39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A44B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FB50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F40FF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B3C3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6FB1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F6CAA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14F5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313A0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AF4702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CA47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2524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324A7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7E4A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F81B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D7CA0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6080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73E73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E6DFA0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C1CF08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F8CD8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4512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D781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8F17A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638FA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8B78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FD6EE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8AC3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7F8A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2F710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93B0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EF23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EAD2E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A10F9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31648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EC726E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A9E0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210B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92D53D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D420F2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E6F761E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A4C366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C67F36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CF71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93E0C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56E180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F254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A8F2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2C3EC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9C10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337C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B71D3A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8D27D4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C52741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1CAF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9085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778B5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3CF8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12D4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ED6EF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2A0D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497A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EC609B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5131F0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0D0936A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99B6B3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FA031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6C5A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E4F5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F93D78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5C0BFE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A8EE0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8E8A3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5901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650476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CB3FE2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102B1F27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156D8FB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ÉCRIRE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5BCF0FC4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185914E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19CB25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AC080D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7268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2B7F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6ED24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1BDB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C743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9CF5F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866C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0AA6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547DA7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9581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8340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D2D21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94DC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CD89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FC022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5B6D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8316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2EBA57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538173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8218E5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DF16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7233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8BBF9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5EE0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C7EA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C0295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41E0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52E2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684872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FFE6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35A1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40919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41BB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C629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5D2AB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1E68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A4B9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A3D021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C24479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EB3CDF6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6DB0EB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BD0B35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CFAE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5D13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2A953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7C320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98C7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D9368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AAB0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45CD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1EA38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0DD7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00BB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F4C40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739B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329E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6E84E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11AA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D6D9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7EDA6A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31F1D7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29996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BB80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3425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64704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9265B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9CFB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4E6A8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3475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8375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2B069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5A31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2E02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E49E3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0A990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1D16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099AA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9746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6A7B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C7EFCC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2F11946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3F45A9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6639A8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E808E0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2AF4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03B6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5CCA4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D688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471E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69FBB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C91F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CEED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CD281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E9B6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1B85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48B0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8782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B860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E8D0B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ADD4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C8B5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09BB9D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1358AA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45091B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160E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3DE3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56DB05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1F2D1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48DD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2BFBCD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128F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11A3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BE42C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BC84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2F7C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6A8E74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1551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E9F0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6513A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BE2A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6D69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2AF8E5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043915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0B2CA66F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AF99749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ÉCRIRE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642DB6BD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FD72AF2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8C86E1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263806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3444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3E05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EAD83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423D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3D12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C76B3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7484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026A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1507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6856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CFFC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67BE77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CE4C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4DA3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7A02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6AF8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CD0D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8C7D8C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5D485D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C4B08A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1F55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1B66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42F8F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9885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4B2E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B7B53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5675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F6B6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C937E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AFC2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D0A7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AD10E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726C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A979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E5681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6F27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452D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4D6CF3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C975CD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EDEA1BD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5D125D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D8F52E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A516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63AA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043F3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6B255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F83EC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DA9B5A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FAD2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7467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D78C80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AA92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BE24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0E039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9EC1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65FF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C7C7A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AB66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96AF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643BB7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F7AD37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1DC3DA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0F47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467A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F2EEA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36C3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FBE7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DDB43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BA2F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B34E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B9DA2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5851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4D47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4B986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F284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C297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B7FA9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223C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686A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A1626E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DEFB03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24A2647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F49198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2BEC74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655C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9BBD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9AEB0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EFD0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1033A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5EA4F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3674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30BA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9EC926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3B9ED2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F88EC7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CC13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0241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EC410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E3B5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B49C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66C77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87F7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2CAFF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6FEA69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1AB64D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6A291A1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7472C1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468605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07284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4BA0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3439EE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434B6F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BF8D48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55C56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651C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3FD473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5B9963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0BC5B0AD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A17A2C2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PLACER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37CBB203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C05247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C78E62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0D7D0D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21F7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117C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C262E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7336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8F8CC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7C963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5892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EEAD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C4326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9C350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ABB8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01409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CEF7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FCD8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6EADE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1851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0DAB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2117A7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393E60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C2037C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EC2F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F65B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3CCB3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07B8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31D1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5832D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4DF8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4893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17F78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A34E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F445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44087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7FF8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615D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CB247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04B1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284A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742E2D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C544185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5705216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7625AF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98DD9C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4892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23440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161542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E992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8996F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72CD88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DE5F4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D40E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61B21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7C77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7FDB6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1D636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FA26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0AA7A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00B1C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D7ACD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34BB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2B0571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208D6C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B50C55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2391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8102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AEA2A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AEBB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514A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5469D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A31C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18C95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3A33E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6C898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E61E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F4C58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E569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FECC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F863A5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4B20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294D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B77FEA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109E98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1789269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4511AE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B06AF8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825D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420D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813D8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8992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B706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7A56D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226C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B727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28AF8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6250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A788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FF0D3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E2E5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18FF0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3EB42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AB3A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E084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3918C9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1CB499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66C299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D2B2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28A5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69C49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847A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5A33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C6926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A802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A7363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77993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EAF7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301A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7B64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3CE4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0FA0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27C9C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C54D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02B9C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574EB6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995898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8C8FF04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1EC2A09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PLACER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3C157AE1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D7BBFA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F17DAE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FD7F60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3505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1E84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D9BFF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B06EF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226D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C06CF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A700D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D7E6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E35FFF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2076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7B60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AA9A4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AA53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4387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699B4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ED28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2D06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2767F8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7072B9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C9DFB5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20F7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D453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B9A34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C005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9F27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1989B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BA74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1DB0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87ACF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C59A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CDE2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AA4CB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0428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8DA2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40D8D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4EBB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6EFF3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8CB620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F74CDE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DFC4928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F0BD50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91A945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F883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ECC3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06772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BAA4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479D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144B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8EDD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DEBD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CC12C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975FE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477E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F20FC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F9D4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6C75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CA1C3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5408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EC8B4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8A918F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A2F6AF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D39C7D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263D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102A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86B16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B518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739E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21F5E0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51A77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919C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9883F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67FE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8EDB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68A83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0C242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D437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45BED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09FA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DEED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9B709B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28F6CA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430E745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3483CE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4C8B1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5441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4F99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95B3A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5752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FAB8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407D9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1A70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682A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A1F74C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3CEFAF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0C86B4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7E89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7F46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EC3B6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C7DD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8B5F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22450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AEAC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269B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CBEF10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324FA1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02771AB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C9BFF4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37F03B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9D31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7ABBA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ABD4BF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B18BC3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C8D7A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FA6B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EC3A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AA3274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440658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58456B9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0FFB529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SUIVRE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5CD5B132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A30D4D9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CFBBA1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A97459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1DA4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4412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094AA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55D24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70C3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70F26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8125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7876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BAF13A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1031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577E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FAB2CC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9228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1E90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8E4889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E226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FB97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2582B5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B83B4C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1F060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BBCA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4818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59CD2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A303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D311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2775D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20FB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4D36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61050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DFA5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E579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FA454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0B48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E422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864A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3F98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D856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AE7659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E62933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3530DB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6B6DE6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A47886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7FEA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64F6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37CFD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49D0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E312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9C1FD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2D4C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DD1C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247BA6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7E48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C1AE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44801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C5D3E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5E6B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89113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FF2BB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FE29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7676A0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55AE3E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43EEF0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E62D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7C8D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22AC8E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6490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017D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0CF46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697B2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FA5E3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72DA22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091C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A6FC6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0CB57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B2AE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ED7E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2FAD54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9B86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7574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BD41C6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442CF7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A4FAD2F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21E173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701D22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6CB9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1613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E125C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E7C4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610A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5B487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73A0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EBEF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D4EC0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F7D1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33A8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D117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6FB0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C363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AB159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8B4C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30743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668E01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0695A6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A74998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BCD9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DFF9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BFF76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63339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3B1C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DD697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82A2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9D128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F20A4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24B8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B69E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0DE4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81C8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07B7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E880CC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15EC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179A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45F626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DB3F01D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5B0F751B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B0C6E36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SUIVRE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26ED12EB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DF393E2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FFB7A3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1B75A2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8D71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63C48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267B4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0B69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CFEF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4B16C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54E27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C817A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F4DD1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B5E6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A6223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C0DDC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D3924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A07B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3BA64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10982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E116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D65C3E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4189EC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EDD691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8F09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7CFC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7AC2E5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157B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286B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3FC0A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7BCC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7269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68539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CF0A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E515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783676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5B1E4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A51E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D44F4E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22F0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6E51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973E3B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47D2C2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E246D73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112BE8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26DE99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2471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2BAB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1BB8C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DA76D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0E3B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DE061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8D3B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2CE1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97AD3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9BF9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D25F1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7B803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DCA3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7EBF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ACC52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F3B8B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0332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414509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A63BDF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B13812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7C81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89AF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5B71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4ED3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922BA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DE511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0C60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EC6B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60150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D944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2F8D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26FBC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5140E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D7C43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FDCB3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952D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1183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86B0ED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687A27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22DDE78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C710A0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D5605C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9A4A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52E53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A9AC3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28B85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342C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16B3D9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3FBD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53C2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A25DA9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93F907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6AA8EA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954B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6E9D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468B6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2EBF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8506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35385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5E9E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E026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5C0028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4BC6AD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24E166C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B5CDF9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6AE1A8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FA00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E8FF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03CB68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4338B8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0DA69E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7C60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99AE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61D04C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8BF0C6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544B4C64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67BE801A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MOURIR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1245553E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E5EB014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8E3DF4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309D76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FA54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7B4B7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96CFD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99BB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3AE73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39699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B12C1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F59A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FDC76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9425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7D53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F7F8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D800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963EE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27E130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1115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79B7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9AC01B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6CB19C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90CC93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A8FD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FEBF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B28BB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8FE34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0ED9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E4234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A73F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4E38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3DB838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E2A02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A653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086FB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524A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03FC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DB991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B3B4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1F67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08C387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195C55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BC29DB5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9C128F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CFD4A4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4CB38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9096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FFA55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17E5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D5F4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4A4B26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7774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C856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B5A65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5CE3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99F7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39877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BAB1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4850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93A0C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30F09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2F4AC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D8C0C9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0CB16C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82B25C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36A78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C636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55BDF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55AC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B7FC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1CD8B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6520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91D1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6097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8B361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AB08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8F135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49ABC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3B50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2CEE1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8E58E5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92F0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7B5FD4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428E79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DB3A57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04A817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2ABC6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54E5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4F83F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4B467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E4CC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88FC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086969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ADC05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D17B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B6545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4D52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5CA1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555992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CE3E4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39393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D9A4A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E125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6063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78E336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556816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45F47A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B04D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A1A5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1A164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4CBA5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89592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3C3B3A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D62D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9435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9D875F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CFBA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2906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EEE4D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3316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F97AF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24DF4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2CEE6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6734B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197200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FDEF38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730B98C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234B26F6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MOURIR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1522673D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B2884FA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3DF47A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2EADE5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CCD03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5CEC8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E244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761A8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89DC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67A2A2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6B33A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A859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FF45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AEBB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54CDE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9AAE98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0840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AE1D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0E255F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CEF76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F700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608286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2033BF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DA0C25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1FEA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73982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02CEBA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4D904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A4BE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F27BC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590D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5A86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C7BE2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8468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9888E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AB2A9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D6FA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67C2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60449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8CE2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E5C2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833ED6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C8259D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6ED8087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FBE549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C5AD13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C109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F9118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0F4E8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1A1A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779E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35F66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4573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05F89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1D211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3BB0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0064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B62B5C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8BB3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A787D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ACD259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E3E9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89A5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60E699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1F6783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7F3D41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6F8B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4AC1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4B7F0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1B9D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72D46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D57548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95458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DE971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10F9A4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A528C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E87C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32999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9D66C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7C14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0A63B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3A7C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D9AE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7A02D0F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06879F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CFA067A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31C823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B4EC3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BBCD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CA3B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87AA2B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B7EE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51BA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A1B0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C094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E1C4C2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C05E3D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9030DF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3CD103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3AB80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B2F0D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F15A0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CF4C2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4CC5B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8FA2B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C1811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6E67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1614DF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ED7642A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34AB4D4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82A843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1567F1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1DF2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F14E5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E56BDB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0B91B4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3AF926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594E1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51578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18FC37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407E18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3D6336C8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2239687B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COUVRIR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0F69F7A6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E4B757D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F4E614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DBD477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F720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FA23A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09774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6B4E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9CA2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ADB82A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63276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01886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A86C87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31393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6B902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237AF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C678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15CB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311E9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3052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E682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470441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1F175D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18994D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74244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58E6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C27628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1EB70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6105C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E8054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FBE0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F10F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3D69B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1F7D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71CFD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DC118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50E23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747C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7959D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9876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0DAB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3786F1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FE720F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B51A1B8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0E8746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1C986B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0C76B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7377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8458A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41ED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B4F8A9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838E2F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4A1F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3B169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2FE7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6802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33AA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8203DF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D3470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585E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A9B4CA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F5A0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51611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2D817E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718E69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8A06A5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52C5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F7A79D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2EA69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1C91E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152B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154D2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BAEF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702A5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83DE8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3DD38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E962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EA0D9B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FBE9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53DCA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7EFA8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CC6B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4C19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85E78E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5B5DB38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09B186A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CA7E93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F418B3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AA65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402EC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50E3E8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87AF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5C03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A00C6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E80E4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D0DC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CF544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B07A4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F43819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0302A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BDFDF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88AA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78F46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8922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F3AE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74611B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621F5E4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28318C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FE2FA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C2354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CF488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5A22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FB6E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CBF71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1F99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5A21B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2DFDF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BD415F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5C47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2A2DE2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475AC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62B4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9AA943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320A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C362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005264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904561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6670040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78817FEC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COUVRIR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1B15776C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CEF0892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193394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FF84AC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0971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48768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0B707D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59621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144C1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263F6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B55B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07539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28095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5A7E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C4FC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6F924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FAD7A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30BA8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72617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4A5B3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9B49F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51254BE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B49EB8B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0E88DE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DE0A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A3C93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CCBE7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497D5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FF84DC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F6E9C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B36F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C21D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0A7CC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7428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13623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8FA5B2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61873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E8CC1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6705D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787BE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D91409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357088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928A7AD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512AF26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7B55B3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42BF73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378E56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05A8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08F41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5B78C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9D0D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E33B8F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B892B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6678C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5E157B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4CAE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C306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26D70B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EF58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18AB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1AA6A6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8AE3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595F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1C0282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3D0AE3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BFA534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B761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2CBA7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CB9860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D59A1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A6312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FAEE5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56BB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629B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95AD9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96B6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0E45B7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E1F7F3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3126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8A7F2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CC58E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60F46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8D7B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F7C77F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58D600A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5E22E369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4E4A55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14732C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2A7F9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0E6B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DF76AC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74F5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EED89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95B94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7C812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8B2EF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1F0F8A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480439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AAA914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7ADA3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5F1B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8FE07B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95769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F25D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D29A6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7A831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040F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B7A4E8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B7B1B9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1949E4DC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CDE780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A4DC34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AE73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9153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449514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BBF425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C39B95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360FC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D659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D888458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2DD8AF0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827E9CF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E41951F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LIRE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7502A7D1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346422C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1ECE9C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F20A1E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D20E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73D0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D14A9F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EFD8C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5D58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11F685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CC9B7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9B62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BF1AD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F3FF9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A23B0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93C82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7667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64E43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7DC62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17266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D3DA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228DF8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51316F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FC4741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6466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B2E33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7DD81E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A6D4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2873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5B222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CD8F0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3F5C3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5539D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3931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1F14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75212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97E75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B9385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7B437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9855C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437F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7D9380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9657AA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092F310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51F75B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6C9CE0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F3E2E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5436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C9BBDC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6F191D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7416C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E648C0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CCF06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2EBF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1E8D6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5C99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7881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91E062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E22F2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C567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563435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E012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22E4D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C1C38C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1BA022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EBA4D2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F17B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613C0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48BEA2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C2E49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BEE6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535904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A359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3BF83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656F89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2EC40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C7D84A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B9F3E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8CD2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76C03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05ABA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8CD9AB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B4394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F984B7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0836B7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483494E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CBE154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06AF93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4376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19D77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2F18D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2E8AEA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380B1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40DF6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8D8DC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7FBB4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783E16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C80E6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DD229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B930B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96B064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DBE3A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0E5381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8DEAE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78F8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4A644D7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9ABCE8F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42EB30A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F2037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206335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AECC6EF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B606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2C13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108C8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98C2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77DA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670F573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EC3C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E79CA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8CCCDAC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8544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A66D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C773D3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3FAE31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AE634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573BF6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6BA022A7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95E6177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34CE1BBA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LIRE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620A6E08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1D2841B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52C235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447C98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5492C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C90A6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D8001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0B5B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B474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931669D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882DA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C4B20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C216CD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73A5FB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577B3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3760F0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591D0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ABB03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72BDAD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2B10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2C93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878A5D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77EA9ED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D4CE92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49E93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8520E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A4EE91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A9A75A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A18A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E6E9E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5226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98E71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F89352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A7F66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DA4525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D119CA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238B3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43EE1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A9D4A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7B3AA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AB74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C4F85F2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422EEEE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5F7C930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B34E25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2BD5064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6DB570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7A68F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BB288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5F4C5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10102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FE6C4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0F28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992A7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18D9A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28D766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0327C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64F214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629A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CF3C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697600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4BD8E2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702EE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84C2A5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D0102C1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A64F8F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AD373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D149A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10EC8D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EAF3AE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7455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C87D3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3CAE5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F9E4B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FB95AD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C78E2C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49FC0E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A5BE60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4DF48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4F5877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EFDDD6A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293B0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6ED77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C23D6E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DEE008B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0512BD56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E97A0A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CAB7E2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9F9E2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763A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521926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14486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29AEB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C459A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3F9678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205B38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AB0CDF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BDB26B8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FD0997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69498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3643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8D43B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09D8B0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EC83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C1D94B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86C3EB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BAECDE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5E0330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AF63049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B764196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1A7222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4940DE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D636D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C03B06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EE63BA0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18A216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23A279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B30095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CE32C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C0D760B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12BEFD2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4403471E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4CCC2456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ACHETER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1 / 2 · Indicatif</w:t>
      </w:r>
    </w:p>
    <w:p w14:paraId="4E9ADA4C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5EFF1A6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5B5746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B3FEE3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3F17E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88541F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B33C48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EA316F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1B3D6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5E969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07CDA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69729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913847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1C35F5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F2C7F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B9CC4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CCD80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87D9C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31E07C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1DDBF3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FD868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621D8CB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2AB9169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PASSÉ COMPOSÉ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56A0F0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F62F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8C10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05B578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0D0460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11A7DD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30F074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B39EAD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F37CF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EE9709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296CA9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E6EB9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127EE5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C918EF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725D3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D75A0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3EF507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EE4B9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1EA61E95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41165DF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348315E6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220E0A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EE4DE7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257E29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9C152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DE5742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D36B4B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6BFF9F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012030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A542C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CFF7AA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647805E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0B2F2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1C146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0EAB0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1484E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3B0A7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4EE592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FC37C1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97D3F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6DDF30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4BC1E5B5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PLUS-QUE-PARFAIT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D80615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8961C2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1C213D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DE372B9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12259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DCDDEA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B2D765A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9B51D0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427EF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DBA50E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A2227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46947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2E5186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FBE864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B3171B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C50E18D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9E52E5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2F5E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5E9C6F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3EBF16C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265749A3" w14:textId="77777777">
        <w:trPr>
          <w:trHeight w:val="3515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D99800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SIMPLE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370E67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74D20E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986CC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F18C2E5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45029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B816BF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BF0D05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3F999F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99388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435927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07556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0909F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BC3B74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DBFDF5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4E90DD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7568838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E5B336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BCECB3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DB4AFA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7C25A7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FUTUR ANTÉRIEUR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836E491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14D90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8D5AC1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416C92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CEB40B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81F064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5A7DFE4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DEF0A8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673058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77A38CB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444EB1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2FCCE1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3EE0EF6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E19CB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844D6B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91DDE00" w14:textId="77777777">
              <w:trPr>
                <w:cantSplit/>
                <w:trHeight w:hRule="exact" w:val="386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C0BD1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2337B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9DA4A0A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7DB0AA2F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p w14:paraId="7D7DC136" w14:textId="77777777" w:rsidR="00942434" w:rsidRPr="005E205E" w:rsidRDefault="00000000">
      <w:pPr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lang w:val="fr-CH"/>
        </w:rPr>
        <w:br w:type="page"/>
      </w:r>
    </w:p>
    <w:p w14:paraId="5C6A236F" w14:textId="77777777" w:rsidR="00942434" w:rsidRPr="005E205E" w:rsidRDefault="00000000">
      <w:pPr>
        <w:spacing w:after="8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b/>
          <w:color w:val="163E4E"/>
          <w:sz w:val="38"/>
          <w:lang w:val="fr-CH"/>
        </w:rPr>
        <w:lastRenderedPageBreak/>
        <w:t>ACHETER</w:t>
      </w:r>
      <w:r w:rsidRPr="005E205E">
        <w:rPr>
          <w:rFonts w:ascii="Avenir Next LT Pro" w:hAnsi="Avenir Next LT Pro"/>
          <w:b/>
          <w:color w:val="5F5F5F"/>
          <w:lang w:val="fr-CH"/>
        </w:rPr>
        <w:t xml:space="preserve">   ·   2 / 2 · Autres modes et formes</w:t>
      </w:r>
    </w:p>
    <w:p w14:paraId="6EDE4C09" w14:textId="77777777" w:rsidR="00942434" w:rsidRPr="005E205E" w:rsidRDefault="00000000">
      <w:pPr>
        <w:spacing w:after="160" w:line="240" w:lineRule="auto"/>
        <w:rPr>
          <w:rFonts w:ascii="Avenir Next LT Pro" w:hAnsi="Avenir Next LT Pro"/>
          <w:lang w:val="fr-CH"/>
        </w:rPr>
      </w:pPr>
      <w:r w:rsidRPr="005E205E">
        <w:rPr>
          <w:rFonts w:ascii="Avenir Next LT Pro" w:hAnsi="Avenir Next LT Pro"/>
          <w:color w:val="4B4B4B"/>
          <w:sz w:val="21"/>
          <w:lang w:val="fr-CH"/>
        </w:rPr>
        <w:t>Complète chaque forme verbale sur la ligne correspondante.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480A61F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117F8FE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69B61C6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B80E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318CE7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62036D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A6D4FF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EA1F4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7A4254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CE4923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7C97BE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02ECE3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F375AD5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9A453C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F633DF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EA8D9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EAF1FC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C93CC5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4CB4F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2C78D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D12136C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97FE177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CONDITIONNEL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59C3AC6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9F953C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D106A1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9718BF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2BAE64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72033D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1C6154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41403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EE8BDC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44E3BD2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729FF6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390E3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6BC284BE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FDC8B8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AE2D99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448F365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06B55D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0C9442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0DAE585D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0671F843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48278166" w14:textId="77777777">
        <w:trPr>
          <w:trHeight w:val="3033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D4DE5B3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3A331BAB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71E92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D0B6BC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14EADA6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5B94F8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12DCBA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BD4288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0C96A4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9FDE20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4963558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52315DC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3E0A84D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A5334D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1894EA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B9A52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FB17D0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51E6F7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BA7CEB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27161A6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5FFEFB6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SUBJONCTIF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288C1D4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69BCA2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Je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1A5D92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07F974D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380A3E0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091BBB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4093EF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803364B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 / Il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E468F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8B12B0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1C0659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Elles / Ils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D05203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2E3A1593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3FCC97F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26EEB24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3F510E6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055A82B2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7C54956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7B961819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2E9C0BE2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60F1F641" w14:textId="77777777">
        <w:trPr>
          <w:trHeight w:val="215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380B12C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D4BF6B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B19B72E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4954384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5A05A9A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643D90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EA2E7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ED6EE7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6495EE1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7C9ABF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5687D706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450E210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IMPÉRATIF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7E01DDC1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1DFD545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Tu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1A991686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70E6EA1F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28A5357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Nous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6500F5E9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  <w:tr w:rsidR="00942434" w:rsidRPr="005E205E" w14:paraId="36F40A0C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65B0987A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Vous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2D66BD8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B323A43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D80F441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942434" w:rsidRPr="005E205E" w14:paraId="7ACD940A" w14:textId="77777777">
        <w:trPr>
          <w:trHeight w:val="1644"/>
          <w:jc w:val="center"/>
        </w:trPr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72736E2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PRÉSENT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17D0E880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56714AB3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534BA39F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447432E4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  <w:tc>
          <w:tcPr>
            <w:tcW w:w="5244" w:type="dxa"/>
            <w:tcBorders>
              <w:top w:val="single" w:sz="10" w:space="0" w:color="A3A3A3"/>
              <w:left w:val="single" w:sz="10" w:space="0" w:color="A3A3A3"/>
              <w:bottom w:val="single" w:sz="10" w:space="0" w:color="A3A3A3"/>
              <w:right w:val="single" w:sz="10" w:space="0" w:color="A3A3A3"/>
            </w:tcBorders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8D13E1A" w14:textId="77777777" w:rsidR="00942434" w:rsidRPr="005E205E" w:rsidRDefault="00000000">
            <w:pPr>
              <w:spacing w:after="80" w:line="240" w:lineRule="auto"/>
              <w:rPr>
                <w:rFonts w:ascii="Avenir Next LT Pro" w:hAnsi="Avenir Next LT Pro"/>
                <w:lang w:val="fr-CH"/>
              </w:rPr>
            </w:pPr>
            <w:r w:rsidRPr="005E205E">
              <w:rPr>
                <w:rFonts w:ascii="Avenir Next LT Pro" w:hAnsi="Avenir Next LT Pro"/>
                <w:b/>
                <w:color w:val="1E3C4B"/>
                <w:sz w:val="23"/>
                <w:lang w:val="fr-CH"/>
              </w:rPr>
              <w:t>PARTICIPE PASSÉ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9"/>
              <w:gridCol w:w="2948"/>
            </w:tblGrid>
            <w:tr w:rsidR="00942434" w:rsidRPr="005E205E" w14:paraId="011246B7" w14:textId="77777777">
              <w:trPr>
                <w:cantSplit/>
                <w:trHeight w:hRule="exact" w:val="351"/>
                <w:jc w:val="center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30" w:type="dxa"/>
                    <w:bottom w:w="10" w:type="dxa"/>
                    <w:right w:w="30" w:type="dxa"/>
                  </w:tcMar>
                  <w:vAlign w:val="center"/>
                </w:tcPr>
                <w:p w14:paraId="4E484D27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color w:val="232323"/>
                      <w:sz w:val="21"/>
                      <w:lang w:val="fr-CH"/>
                    </w:rPr>
                    <w:t>Forme</w:t>
                  </w:r>
                </w:p>
              </w:tc>
              <w:tc>
                <w:tcPr>
                  <w:tcW w:w="2948" w:type="dxa"/>
                  <w:tcBorders>
                    <w:top w:val="nil"/>
                    <w:left w:val="nil"/>
                    <w:bottom w:val="single" w:sz="7" w:space="0" w:color="777777"/>
                    <w:right w:val="nil"/>
                  </w:tcBorders>
                  <w:tcMar>
                    <w:top w:w="10" w:type="dxa"/>
                    <w:left w:w="30" w:type="dxa"/>
                    <w:bottom w:w="35" w:type="dxa"/>
                    <w:right w:w="30" w:type="dxa"/>
                  </w:tcMar>
                  <w:vAlign w:val="bottom"/>
                </w:tcPr>
                <w:p w14:paraId="46C4A59D" w14:textId="77777777" w:rsidR="00942434" w:rsidRPr="005E205E" w:rsidRDefault="00000000">
                  <w:pPr>
                    <w:spacing w:after="0" w:line="240" w:lineRule="auto"/>
                    <w:rPr>
                      <w:rFonts w:ascii="Avenir Next LT Pro" w:hAnsi="Avenir Next LT Pro"/>
                      <w:lang w:val="fr-CH"/>
                    </w:rPr>
                  </w:pPr>
                  <w:r w:rsidRPr="005E205E">
                    <w:rPr>
                      <w:rFonts w:ascii="Avenir Next LT Pro" w:hAnsi="Avenir Next LT Pro"/>
                      <w:lang w:val="fr-CH"/>
                    </w:rPr>
                    <w:t xml:space="preserve"> </w:t>
                  </w:r>
                </w:p>
              </w:tc>
            </w:tr>
          </w:tbl>
          <w:p w14:paraId="352F8351" w14:textId="77777777" w:rsidR="00942434" w:rsidRPr="005E205E" w:rsidRDefault="00942434">
            <w:pPr>
              <w:rPr>
                <w:rFonts w:ascii="Avenir Next LT Pro" w:hAnsi="Avenir Next LT Pro"/>
                <w:lang w:val="fr-CH"/>
              </w:rPr>
            </w:pPr>
          </w:p>
        </w:tc>
      </w:tr>
    </w:tbl>
    <w:p w14:paraId="3BB53244" w14:textId="77777777" w:rsidR="00942434" w:rsidRPr="005E205E" w:rsidRDefault="00942434">
      <w:pPr>
        <w:spacing w:after="100" w:line="240" w:lineRule="auto"/>
        <w:rPr>
          <w:rFonts w:ascii="Avenir Next LT Pro" w:hAnsi="Avenir Next LT Pro"/>
          <w:lang w:val="fr-CH"/>
        </w:rPr>
      </w:pPr>
    </w:p>
    <w:sectPr w:rsidR="00942434" w:rsidRPr="005E205E" w:rsidSect="005E205E">
      <w:footerReference w:type="default" r:id="rId8"/>
      <w:pgSz w:w="11906" w:h="16838" w:code="9"/>
      <w:pgMar w:top="709" w:right="709" w:bottom="709" w:left="709" w:header="283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7C01" w14:textId="77777777" w:rsidR="00E260B9" w:rsidRDefault="00E260B9">
      <w:pPr>
        <w:spacing w:after="0" w:line="240" w:lineRule="auto"/>
      </w:pPr>
      <w:r>
        <w:separator/>
      </w:r>
    </w:p>
  </w:endnote>
  <w:endnote w:type="continuationSeparator" w:id="0">
    <w:p w14:paraId="77D189B0" w14:textId="77777777" w:rsidR="00E260B9" w:rsidRDefault="00E2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11F4" w14:textId="77777777" w:rsidR="00942434" w:rsidRPr="005E205E" w:rsidRDefault="00000000">
    <w:pPr>
      <w:pStyle w:val="Pieddepage"/>
      <w:jc w:val="center"/>
      <w:rPr>
        <w:lang w:val="fr-CH"/>
      </w:rPr>
    </w:pPr>
    <w:r w:rsidRPr="005E205E">
      <w:rPr>
        <w:color w:val="646464"/>
        <w:sz w:val="17"/>
        <w:lang w:val="fr-CH"/>
      </w:rPr>
      <w:t xml:space="preserve">Dossier de conjugaison · 9e     |     </w:t>
    </w:r>
    <w:r w:rsidRPr="005E205E">
      <w:rPr>
        <w:color w:val="646464"/>
        <w:sz w:val="17"/>
        <w:lang w:val="fr-CH"/>
      </w:rPr>
      <w:fldChar w:fldCharType="begin"/>
    </w:r>
    <w:r w:rsidRPr="005E205E">
      <w:rPr>
        <w:color w:val="646464"/>
        <w:sz w:val="17"/>
        <w:lang w:val="fr-CH"/>
      </w:rPr>
      <w:instrText>PAGE</w:instrText>
    </w:r>
    <w:r w:rsidR="005E205E" w:rsidRPr="005E205E">
      <w:rPr>
        <w:color w:val="646464"/>
        <w:sz w:val="17"/>
        <w:lang w:val="fr-CH"/>
      </w:rPr>
      <w:fldChar w:fldCharType="separate"/>
    </w:r>
    <w:r w:rsidR="005E205E" w:rsidRPr="005E205E">
      <w:rPr>
        <w:noProof/>
        <w:color w:val="646464"/>
        <w:sz w:val="17"/>
        <w:lang w:val="fr-CH"/>
      </w:rPr>
      <w:t>1</w:t>
    </w:r>
    <w:r w:rsidRPr="005E205E">
      <w:rPr>
        <w:color w:val="646464"/>
        <w:sz w:val="17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E5A91" w14:textId="77777777" w:rsidR="00E260B9" w:rsidRDefault="00E260B9">
      <w:pPr>
        <w:spacing w:after="0" w:line="240" w:lineRule="auto"/>
      </w:pPr>
      <w:r>
        <w:separator/>
      </w:r>
    </w:p>
  </w:footnote>
  <w:footnote w:type="continuationSeparator" w:id="0">
    <w:p w14:paraId="349BA54D" w14:textId="77777777" w:rsidR="00E260B9" w:rsidRDefault="00E26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6175633">
    <w:abstractNumId w:val="8"/>
  </w:num>
  <w:num w:numId="2" w16cid:durableId="1335378576">
    <w:abstractNumId w:val="6"/>
  </w:num>
  <w:num w:numId="3" w16cid:durableId="73095468">
    <w:abstractNumId w:val="5"/>
  </w:num>
  <w:num w:numId="4" w16cid:durableId="744688368">
    <w:abstractNumId w:val="4"/>
  </w:num>
  <w:num w:numId="5" w16cid:durableId="195195513">
    <w:abstractNumId w:val="7"/>
  </w:num>
  <w:num w:numId="6" w16cid:durableId="1931889713">
    <w:abstractNumId w:val="3"/>
  </w:num>
  <w:num w:numId="7" w16cid:durableId="1304777264">
    <w:abstractNumId w:val="2"/>
  </w:num>
  <w:num w:numId="8" w16cid:durableId="1713378153">
    <w:abstractNumId w:val="1"/>
  </w:num>
  <w:num w:numId="9" w16cid:durableId="75571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E205E"/>
    <w:rsid w:val="00877438"/>
    <w:rsid w:val="00942434"/>
    <w:rsid w:val="009B5589"/>
    <w:rsid w:val="00AA1D8D"/>
    <w:rsid w:val="00B47730"/>
    <w:rsid w:val="00CB0664"/>
    <w:rsid w:val="00E260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B0BE"/>
  <w14:defaultImageDpi w14:val="300"/>
  <w15:docId w15:val="{E3E668A1-D9BD-4BBD-BDC0-AB3F7DC5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ato" w:eastAsia="Lato" w:hAnsi="Lato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4394</Words>
  <Characters>24169</Characters>
  <Application>Microsoft Office Word</Application>
  <DocSecurity>0</DocSecurity>
  <Lines>201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conjugaison - 9e</dc:title>
  <dc:subject>Fiches d'entraînement à la conjugaison</dc:subject>
  <dc:creator/>
  <cp:keywords/>
  <dc:description>generated by python-docx</dc:description>
  <cp:lastModifiedBy>Gregory Thonney</cp:lastModifiedBy>
  <cp:revision>3</cp:revision>
  <cp:lastPrinted>2026-08-13T12:26:00Z</cp:lastPrinted>
  <dcterms:created xsi:type="dcterms:W3CDTF">2013-12-23T23:15:00Z</dcterms:created>
  <dcterms:modified xsi:type="dcterms:W3CDTF">2026-08-13T12:57:00Z</dcterms:modified>
  <cp:category/>
</cp:coreProperties>
</file>